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sz w:val="32"/>
        </w:rPr>
        <w:t>Bill of Sale (Vehicle) / Contrato de Compraventa de Vehículo</w:t>
      </w:r>
    </w:p>
    <w:p>
      <w:r>
        <w:rPr>
          <w:sz w:val="20"/>
        </w:rPr>
        <w:t>Use this form only if your state does not require a specific DMV template. Verify odometer and notarization rules in your state.</w:t>
        <w:br/>
        <w:t>Úsalo solo si tu estado no exige formulario específico del DMV. Verifica reglas de odómetro y notarización en tu estado.</w:t>
      </w:r>
    </w:p>
    <w:p/>
    <w:p>
      <w:r>
        <w:rPr>
          <w:b/>
          <w:sz w:val="24"/>
        </w:rPr>
        <w:t>1) Vehicle Information / Datos del Vehículo</w:t>
      </w:r>
    </w:p>
    <w:p>
      <w:pPr>
        <w:spacing w:after="40"/>
      </w:pPr>
      <w:r>
        <w:rPr>
          <w:sz w:val="20"/>
        </w:rPr>
        <w:t xml:space="preserve">VIN (Vehicle Identification Number) / Número de serie (VIN)  </w:t>
      </w:r>
      <w:r>
        <w:rPr>
          <w:sz w:val="20"/>
        </w:rPr>
        <w:t>____________________________________________________________</w:t>
      </w:r>
    </w:p>
    <w:p>
      <w:pPr>
        <w:spacing w:after="40"/>
      </w:pPr>
      <w:r>
        <w:rPr>
          <w:sz w:val="20"/>
        </w:rPr>
        <w:t xml:space="preserve">Plate / Placa  </w:t>
      </w:r>
      <w:r>
        <w:rPr>
          <w:sz w:val="20"/>
        </w:rPr>
        <w:t>_________________________</w:t>
      </w:r>
    </w:p>
    <w:p>
      <w:pPr>
        <w:spacing w:after="0"/>
      </w:pPr>
      <w:r>
        <w:rPr>
          <w:sz w:val="20"/>
        </w:rPr>
        <w:t xml:space="preserve">Make/Marca: </w:t>
      </w:r>
      <w:r>
        <w:rPr>
          <w:sz w:val="20"/>
        </w:rPr>
        <w:t>_________________________</w:t>
      </w:r>
      <w:r>
        <w:rPr>
          <w:sz w:val="20"/>
        </w:rPr>
        <w:t xml:space="preserve">   Model/Modelo: </w:t>
      </w:r>
      <w:r>
        <w:rPr>
          <w:sz w:val="20"/>
        </w:rPr>
        <w:t>______________________________</w:t>
      </w:r>
      <w:r>
        <w:rPr>
          <w:sz w:val="20"/>
        </w:rPr>
        <w:t xml:space="preserve">   Year/Año: </w:t>
      </w:r>
      <w:r>
        <w:rPr>
          <w:sz w:val="20"/>
        </w:rPr>
        <w:t>__________</w:t>
      </w:r>
    </w:p>
    <w:p>
      <w:pPr>
        <w:spacing w:after="120"/>
      </w:pPr>
      <w:r>
        <w:rPr>
          <w:sz w:val="20"/>
        </w:rPr>
        <w:t xml:space="preserve">Color: </w:t>
      </w:r>
      <w:r>
        <w:rPr>
          <w:sz w:val="20"/>
        </w:rPr>
        <w:t>_______________</w:t>
      </w:r>
    </w:p>
    <w:p>
      <w:r>
        <w:rPr>
          <w:sz w:val="20"/>
        </w:rPr>
        <w:t xml:space="preserve">Odometer Reading / Lectura de Odómetro: </w:t>
      </w:r>
      <w:r>
        <w:rPr>
          <w:sz w:val="20"/>
        </w:rPr>
        <w:t>_______________</w:t>
      </w:r>
      <w:r>
        <w:rPr>
          <w:sz w:val="20"/>
        </w:rPr>
        <w:t xml:space="preserve">   Units (miles/km) / Unidades (millas/km): </w:t>
      </w:r>
      <w:r>
        <w:rPr>
          <w:sz w:val="20"/>
        </w:rPr>
        <w:t>__________</w:t>
      </w:r>
    </w:p>
    <w:p>
      <w:r>
        <w:rPr>
          <w:sz w:val="18"/>
        </w:rPr>
        <w:t>If legally allowed, mark EXEMPT in odometer disclosure / Si aplica legalmente, marca EXENTO en la divulgación de odómetro.</w:t>
      </w:r>
    </w:p>
    <w:p/>
    <w:p>
      <w:r>
        <w:rPr>
          <w:b/>
          <w:sz w:val="24"/>
        </w:rPr>
        <w:t>2) Parties / Partes</w:t>
      </w:r>
    </w:p>
    <w:p>
      <w:pPr>
        <w:spacing w:after="40"/>
      </w:pPr>
      <w:r>
        <w:rPr>
          <w:sz w:val="20"/>
        </w:rPr>
        <w:t xml:space="preserve">Seller (Name) / Vendedor (Nombre)  </w:t>
      </w:r>
      <w:r>
        <w:rPr>
          <w:sz w:val="20"/>
        </w:rPr>
        <w:t>__________________________________________________</w:t>
      </w:r>
    </w:p>
    <w:p>
      <w:pPr>
        <w:spacing w:after="40"/>
      </w:pPr>
      <w:r>
        <w:rPr>
          <w:sz w:val="20"/>
        </w:rPr>
        <w:t xml:space="preserve">ID Type &amp; # / Tipo y # de ID  </w:t>
      </w:r>
      <w:r>
        <w:rPr>
          <w:sz w:val="20"/>
        </w:rPr>
        <w:t>________________________________________</w:t>
      </w:r>
    </w:p>
    <w:p>
      <w:pPr>
        <w:spacing w:after="40"/>
      </w:pPr>
      <w:r>
        <w:rPr>
          <w:sz w:val="20"/>
        </w:rPr>
        <w:t xml:space="preserve">Seller Address / Dirección del Vendedor  </w:t>
      </w:r>
      <w:r>
        <w:rPr>
          <w:sz w:val="20"/>
        </w:rPr>
        <w:t>______________________________________________________________________</w:t>
      </w:r>
    </w:p>
    <w:p/>
    <w:p>
      <w:pPr>
        <w:spacing w:after="40"/>
      </w:pPr>
      <w:r>
        <w:rPr>
          <w:sz w:val="20"/>
        </w:rPr>
        <w:t xml:space="preserve">Buyer (Name) / Comprador (Nombre)  </w:t>
      </w:r>
      <w:r>
        <w:rPr>
          <w:sz w:val="20"/>
        </w:rPr>
        <w:t>__________________________________________________</w:t>
      </w:r>
    </w:p>
    <w:p>
      <w:pPr>
        <w:spacing w:after="40"/>
      </w:pPr>
      <w:r>
        <w:rPr>
          <w:sz w:val="20"/>
        </w:rPr>
        <w:t xml:space="preserve">ID Type &amp; # / Tipo y # de ID  </w:t>
      </w:r>
      <w:r>
        <w:rPr>
          <w:sz w:val="20"/>
        </w:rPr>
        <w:t>________________________________________</w:t>
      </w:r>
    </w:p>
    <w:p>
      <w:pPr>
        <w:spacing w:after="40"/>
      </w:pPr>
      <w:r>
        <w:rPr>
          <w:sz w:val="20"/>
        </w:rPr>
        <w:t xml:space="preserve">Buyer Address / Dirección del Comprador  </w:t>
      </w:r>
      <w:r>
        <w:rPr>
          <w:sz w:val="20"/>
        </w:rPr>
        <w:t>______________________________________________________________________</w:t>
      </w:r>
    </w:p>
    <w:p/>
    <w:p>
      <w:r>
        <w:rPr>
          <w:b/>
          <w:sz w:val="24"/>
        </w:rPr>
        <w:t>3) Sale Terms / Condiciones de la Venta</w:t>
      </w:r>
    </w:p>
    <w:p>
      <w:r>
        <w:rPr>
          <w:sz w:val="20"/>
        </w:rPr>
        <w:t xml:space="preserve">Sale Price (USD) / Precio de Venta (USD): </w:t>
      </w:r>
      <w:r>
        <w:rPr>
          <w:sz w:val="20"/>
        </w:rPr>
        <w:t>_______________</w:t>
      </w:r>
      <w:r>
        <w:rPr>
          <w:sz w:val="20"/>
        </w:rPr>
        <w:t xml:space="preserve">   Date of Sale / Fecha: </w:t>
      </w:r>
      <w:r>
        <w:rPr>
          <w:sz w:val="20"/>
        </w:rPr>
        <w:t>__________________</w:t>
      </w:r>
      <w:r>
        <w:rPr>
          <w:sz w:val="20"/>
        </w:rPr>
        <w:t xml:space="preserve">   Payment Method / Método de Pago: </w:t>
      </w:r>
      <w:r>
        <w:rPr>
          <w:sz w:val="20"/>
        </w:rPr>
        <w:t>_______________</w:t>
      </w:r>
    </w:p>
    <w:p>
      <w:pPr>
        <w:spacing w:after="40"/>
      </w:pPr>
      <w:r>
        <w:rPr>
          <w:sz w:val="20"/>
        </w:rPr>
        <w:t xml:space="preserve">Included Items (keys, spare, manuals) / Accesorios incluidos (llaves, refacción, manuales)  </w:t>
      </w:r>
      <w:r>
        <w:rPr>
          <w:sz w:val="20"/>
        </w:rPr>
        <w:t>______________________________________________________________________</w:t>
      </w:r>
    </w:p>
    <w:p>
      <w:r>
        <w:rPr>
          <w:b/>
        </w:rPr>
        <w:t>Known Defects Disclosure / Declaración de Defectos Conocidos:</w:t>
      </w:r>
    </w:p>
    <w:p>
      <w:r>
        <w:rPr>
          <w:sz w:val="20"/>
        </w:rPr>
        <w:br/>
        <w:br/>
        <w:br/>
      </w:r>
    </w:p>
    <w:p/>
    <w:p>
      <w:r>
        <w:rPr>
          <w:b/>
          <w:sz w:val="24"/>
        </w:rPr>
        <w:t>4) Condition &amp; Liens / Condición y Gravámenes</w:t>
      </w:r>
    </w:p>
    <w:p>
      <w:r>
        <w:rPr>
          <w:sz w:val="20"/>
        </w:rPr>
        <w:t>☐ AS-IS (No warranties) / TAL CUAL (sin garantías). Buyer has inspected and accepts current condition.</w:t>
      </w:r>
    </w:p>
    <w:p>
      <w:r>
        <w:rPr>
          <w:sz w:val="20"/>
        </w:rPr>
        <w:t>☐ No Lien: Seller declares the vehicle is free of liens / Sin gravamen: vehículo libre de lien.</w:t>
      </w:r>
    </w:p>
    <w:p>
      <w:r>
        <w:rPr>
          <w:sz w:val="20"/>
        </w:rPr>
        <w:t>☐ Lien Attached: Provide lien release letter / Con gravamen: adjuntar carta de liberación.</w:t>
      </w:r>
    </w:p>
    <w:p/>
    <w:p>
      <w:r>
        <w:rPr>
          <w:b/>
          <w:sz w:val="24"/>
        </w:rPr>
        <w:t>5) Signatures / Firmas</w:t>
      </w:r>
    </w:p>
    <w:p>
      <w:r>
        <w:rPr>
          <w:sz w:val="20"/>
        </w:rPr>
        <w:t xml:space="preserve">Seller Signature / Firma del Vendedor: </w:t>
      </w:r>
      <w:r>
        <w:rPr>
          <w:sz w:val="20"/>
        </w:rPr>
        <w:t>________________________________________</w:t>
      </w:r>
      <w:r>
        <w:rPr>
          <w:sz w:val="20"/>
        </w:rPr>
        <w:t xml:space="preserve">   Date / Fecha: </w:t>
      </w:r>
      <w:r>
        <w:rPr>
          <w:sz w:val="20"/>
        </w:rPr>
        <w:t>_______________</w:t>
      </w:r>
    </w:p>
    <w:p>
      <w:r>
        <w:rPr>
          <w:sz w:val="20"/>
        </w:rPr>
        <w:t xml:space="preserve">Buyer Signature / Firma del Comprador: </w:t>
      </w:r>
      <w:r>
        <w:rPr>
          <w:sz w:val="20"/>
        </w:rPr>
        <w:t>________________________________________</w:t>
      </w:r>
      <w:r>
        <w:rPr>
          <w:sz w:val="20"/>
        </w:rPr>
        <w:t xml:space="preserve">   Date / Fecha: </w:t>
      </w:r>
      <w:r>
        <w:rPr>
          <w:sz w:val="20"/>
        </w:rPr>
        <w:t>_______________</w:t>
      </w:r>
    </w:p>
    <w:p/>
    <w:p>
      <w:r>
        <w:rPr>
          <w:b/>
          <w:sz w:val="24"/>
        </w:rPr>
        <w:t>6) Notary (Optional per state) / Notario (Opcional según estado)</w:t>
      </w:r>
    </w:p>
    <w:p>
      <w:r>
        <w:rPr>
          <w:sz w:val="20"/>
        </w:rPr>
        <w:t xml:space="preserve">State / Estado: </w:t>
      </w:r>
      <w:r>
        <w:rPr>
          <w:sz w:val="20"/>
        </w:rPr>
        <w:t>__________________</w:t>
      </w:r>
      <w:r>
        <w:rPr>
          <w:sz w:val="20"/>
        </w:rPr>
        <w:t xml:space="preserve">   County / Condado: </w:t>
      </w:r>
      <w:r>
        <w:rPr>
          <w:sz w:val="20"/>
        </w:rPr>
        <w:t>__________________</w:t>
      </w:r>
    </w:p>
    <w:p>
      <w:r>
        <w:rPr>
          <w:sz w:val="20"/>
        </w:rPr>
        <w:t xml:space="preserve">Appeared before me (Seller) / Compareció ante mí (Vendedor): </w:t>
      </w:r>
      <w:r>
        <w:rPr>
          <w:sz w:val="20"/>
        </w:rPr>
        <w:t>_____________________________________________</w:t>
      </w:r>
    </w:p>
    <w:p>
      <w:r>
        <w:rPr>
          <w:sz w:val="20"/>
        </w:rPr>
        <w:t xml:space="preserve">and (Buyer) / y (Comprador): </w:t>
      </w:r>
      <w:r>
        <w:rPr>
          <w:sz w:val="20"/>
        </w:rPr>
        <w:t>_____________________________________________</w:t>
      </w:r>
    </w:p>
    <w:p>
      <w:r>
        <w:rPr>
          <w:sz w:val="20"/>
        </w:rPr>
        <w:t xml:space="preserve">Notary Name / Nombre del Notario: </w:t>
      </w:r>
      <w:r>
        <w:rPr>
          <w:sz w:val="20"/>
        </w:rPr>
        <w:t>______________________________</w:t>
      </w:r>
      <w:r>
        <w:rPr>
          <w:sz w:val="20"/>
        </w:rPr>
        <w:t xml:space="preserve">   Commission Expires / Vigencia: </w:t>
      </w:r>
      <w:r>
        <w:rPr>
          <w:sz w:val="20"/>
        </w:rPr>
        <w:t>____________________</w:t>
      </w:r>
    </w:p>
    <w:p>
      <w:r>
        <w:rPr>
          <w:sz w:val="20"/>
        </w:rPr>
        <w:t xml:space="preserve">Notary Signature / Firma del Notario: </w:t>
      </w:r>
      <w:r>
        <w:rPr>
          <w:sz w:val="20"/>
        </w:rPr>
        <w:t>________________________________________</w:t>
      </w:r>
      <w:r>
        <w:rPr>
          <w:sz w:val="20"/>
        </w:rPr>
        <w:t xml:space="preserve">   Seal / Sello: </w:t>
      </w:r>
      <w:r>
        <w:rPr>
          <w:sz w:val="20"/>
        </w:rPr>
        <w:t>____________________</w:t>
      </w:r>
    </w:p>
    <w:p>
      <w:r>
        <w:rPr>
          <w:i/>
          <w:sz w:val="18"/>
        </w:rPr>
        <w:t>Nota/Note: Modelo genérico. Si tu estado exige formulario específico del DMV o divulgación de odómetro separada, usa esos documentos.</w:t>
      </w:r>
    </w:p>
    <w:sectPr w:rsidR="00FC693F" w:rsidRPr="0006063C" w:rsidSect="00034616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